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473CB" w14:textId="0295D3C8" w:rsidR="00DA5DA0" w:rsidRPr="00DA5DA0" w:rsidRDefault="00DA5DA0">
      <w:pPr>
        <w:spacing w:after="40" w:line="240" w:lineRule="auto"/>
        <w:jc w:val="center"/>
        <w:rPr>
          <w:rFonts w:cs="Arial"/>
          <w:b/>
          <w:color w:val="7B4A98"/>
          <w:sz w:val="28"/>
          <w:lang w:val="es-ES"/>
        </w:rPr>
      </w:pPr>
      <w:r w:rsidRPr="00DA5DA0">
        <w:rPr>
          <w:rFonts w:cs="Arial"/>
          <w:b/>
          <w:color w:val="7B4A98"/>
          <w:sz w:val="28"/>
          <w:lang w:val="es-ES"/>
        </w:rPr>
        <w:t>Hoja membretada institucional</w:t>
      </w:r>
    </w:p>
    <w:p w14:paraId="612229E9" w14:textId="77777777" w:rsidR="00DA5DA0" w:rsidRPr="00DA5DA0" w:rsidRDefault="00DA5DA0">
      <w:pPr>
        <w:spacing w:after="40" w:line="240" w:lineRule="auto"/>
        <w:jc w:val="center"/>
        <w:rPr>
          <w:rFonts w:cs="Arial"/>
          <w:b/>
          <w:color w:val="7B4A98"/>
          <w:sz w:val="28"/>
          <w:lang w:val="es-ES"/>
        </w:rPr>
      </w:pPr>
    </w:p>
    <w:p w14:paraId="33B4B7DA" w14:textId="265F2969" w:rsidR="000450FE" w:rsidRPr="00DA5DA0" w:rsidRDefault="00000000">
      <w:pPr>
        <w:spacing w:after="40" w:line="240" w:lineRule="auto"/>
        <w:jc w:val="center"/>
        <w:rPr>
          <w:lang w:val="es-ES"/>
        </w:rPr>
      </w:pPr>
      <w:r w:rsidRPr="00DA5DA0">
        <w:rPr>
          <w:rFonts w:cs="Arial"/>
          <w:b/>
          <w:color w:val="7B4A98"/>
          <w:sz w:val="28"/>
          <w:lang w:val="es-ES"/>
        </w:rPr>
        <w:t>CARTA DE AUTORIZACIÓN Y RESPALDO INSTITUCIONAL</w:t>
      </w:r>
    </w:p>
    <w:p w14:paraId="36FDE43D" w14:textId="77777777" w:rsidR="000450FE" w:rsidRPr="00DA5DA0" w:rsidRDefault="00000000">
      <w:pPr>
        <w:pBdr>
          <w:bottom w:val="single" w:sz="7" w:space="3" w:color="008E89"/>
        </w:pBdr>
        <w:spacing w:after="120" w:line="240" w:lineRule="auto"/>
        <w:jc w:val="center"/>
        <w:rPr>
          <w:lang w:val="es-ES"/>
        </w:rPr>
      </w:pPr>
      <w:r w:rsidRPr="00DA5DA0">
        <w:rPr>
          <w:rFonts w:cs="Arial"/>
          <w:b/>
          <w:color w:val="006D69"/>
          <w:sz w:val="23"/>
          <w:lang w:val="es-ES"/>
        </w:rPr>
        <w:t>Diplomado en Innovación y Mentoría de Proyectos de Ciencia e Ingeniería</w:t>
      </w:r>
    </w:p>
    <w:p w14:paraId="4529BAEC" w14:textId="32080FB6" w:rsidR="000450FE" w:rsidRPr="00DA5DA0" w:rsidRDefault="00000000">
      <w:pPr>
        <w:spacing w:before="40" w:line="240" w:lineRule="auto"/>
        <w:jc w:val="right"/>
        <w:rPr>
          <w:lang w:val="es-ES"/>
        </w:rPr>
      </w:pPr>
      <w:r w:rsidRPr="00DA5DA0">
        <w:rPr>
          <w:rFonts w:cs="Arial"/>
          <w:color w:val="202124"/>
          <w:lang w:val="es-ES"/>
        </w:rPr>
        <w:t xml:space="preserve"> ____ de ______________ </w:t>
      </w:r>
      <w:proofErr w:type="spellStart"/>
      <w:r w:rsidRPr="00DA5DA0">
        <w:rPr>
          <w:rFonts w:cs="Arial"/>
          <w:color w:val="202124"/>
          <w:lang w:val="es-ES"/>
        </w:rPr>
        <w:t>de</w:t>
      </w:r>
      <w:proofErr w:type="spellEnd"/>
      <w:r w:rsidRPr="00DA5DA0">
        <w:rPr>
          <w:rFonts w:cs="Arial"/>
          <w:color w:val="202124"/>
          <w:lang w:val="es-ES"/>
        </w:rPr>
        <w:t xml:space="preserve"> 2026</w:t>
      </w:r>
    </w:p>
    <w:p w14:paraId="6EA0652F" w14:textId="77777777" w:rsidR="007C5DB5" w:rsidRDefault="007C5DB5">
      <w:pPr>
        <w:spacing w:after="100" w:line="240" w:lineRule="auto"/>
        <w:jc w:val="right"/>
        <w:rPr>
          <w:rFonts w:cs="Arial"/>
          <w:b/>
          <w:color w:val="006D69"/>
          <w:lang w:val="es-ES"/>
        </w:rPr>
      </w:pPr>
    </w:p>
    <w:p w14:paraId="6CF4C380" w14:textId="6EE8A8CB" w:rsidR="000450FE" w:rsidRPr="00DA5DA0" w:rsidRDefault="00000000">
      <w:pPr>
        <w:spacing w:after="100" w:line="240" w:lineRule="auto"/>
        <w:jc w:val="right"/>
        <w:rPr>
          <w:lang w:val="es-ES"/>
        </w:rPr>
      </w:pPr>
      <w:r w:rsidRPr="00DA5DA0">
        <w:rPr>
          <w:rFonts w:cs="Arial"/>
          <w:b/>
          <w:color w:val="006D69"/>
          <w:lang w:val="es-ES"/>
        </w:rPr>
        <w:t>Asunto: Autorización de participación</w:t>
      </w:r>
    </w:p>
    <w:p w14:paraId="5A696B4E" w14:textId="77777777" w:rsidR="00DA5DA0" w:rsidRPr="00DA5DA0" w:rsidRDefault="00DA5DA0">
      <w:pPr>
        <w:spacing w:before="20" w:line="240" w:lineRule="auto"/>
        <w:rPr>
          <w:rFonts w:cs="Arial"/>
          <w:b/>
          <w:color w:val="202124"/>
          <w:lang w:val="es-ES"/>
        </w:rPr>
      </w:pPr>
    </w:p>
    <w:p w14:paraId="04FD088E" w14:textId="7A4F9739" w:rsidR="000450FE" w:rsidRPr="00DA5DA0" w:rsidRDefault="00000000">
      <w:pPr>
        <w:spacing w:before="20" w:line="240" w:lineRule="auto"/>
        <w:rPr>
          <w:lang w:val="es-ES"/>
        </w:rPr>
      </w:pPr>
      <w:r w:rsidRPr="00DA5DA0">
        <w:rPr>
          <w:rFonts w:cs="Arial"/>
          <w:b/>
          <w:color w:val="202124"/>
          <w:lang w:val="es-ES"/>
        </w:rPr>
        <w:t>CONSEJO ESTATAL DE CIENCIA Y TECNOLOGÍA DEL ESTADO DE COAHUILA</w:t>
      </w:r>
    </w:p>
    <w:p w14:paraId="7A3DD738" w14:textId="77777777" w:rsidR="000450FE" w:rsidRDefault="00000000">
      <w:pPr>
        <w:spacing w:after="100" w:line="240" w:lineRule="auto"/>
        <w:rPr>
          <w:rFonts w:cs="Arial"/>
          <w:b/>
          <w:color w:val="202124"/>
          <w:lang w:val="es-ES"/>
        </w:rPr>
      </w:pPr>
      <w:r w:rsidRPr="00DA5DA0">
        <w:rPr>
          <w:rFonts w:cs="Arial"/>
          <w:b/>
          <w:color w:val="202124"/>
          <w:lang w:val="es-ES"/>
        </w:rPr>
        <w:t>Presente.</w:t>
      </w:r>
    </w:p>
    <w:p w14:paraId="18AB3779" w14:textId="77777777" w:rsidR="007C5DB5" w:rsidRPr="00DA5DA0" w:rsidRDefault="007C5DB5">
      <w:pPr>
        <w:spacing w:after="100" w:line="240" w:lineRule="auto"/>
        <w:rPr>
          <w:lang w:val="es-ES"/>
        </w:rPr>
      </w:pPr>
    </w:p>
    <w:p w14:paraId="317682EB" w14:textId="10EEFA87" w:rsidR="000450FE" w:rsidRPr="00903D75" w:rsidRDefault="00000000">
      <w:pPr>
        <w:spacing w:after="80" w:line="269" w:lineRule="auto"/>
        <w:jc w:val="both"/>
        <w:rPr>
          <w:rFonts w:cs="Arial"/>
          <w:color w:val="202124"/>
          <w:lang w:val="es-ES"/>
        </w:rPr>
      </w:pPr>
      <w:r w:rsidRPr="00DA5DA0">
        <w:rPr>
          <w:rFonts w:cs="Arial"/>
          <w:color w:val="202124"/>
          <w:lang w:val="es-ES"/>
        </w:rPr>
        <w:t xml:space="preserve">Por medio de la presente, en mi carácter de </w:t>
      </w:r>
      <w:r w:rsidR="00DA5DA0" w:rsidRPr="00DA5DA0">
        <w:rPr>
          <w:rFonts w:cs="Arial"/>
          <w:color w:val="202124"/>
          <w:lang w:val="es-ES"/>
        </w:rPr>
        <w:t>(</w:t>
      </w:r>
      <w:r w:rsidRPr="00DA5DA0">
        <w:rPr>
          <w:rFonts w:cs="Arial"/>
          <w:color w:val="202124"/>
          <w:lang w:val="es-ES"/>
        </w:rPr>
        <w:t>CARGO DE QUIEN AUTORIZA</w:t>
      </w:r>
      <w:r w:rsidR="00DA5DA0" w:rsidRPr="00DA5DA0">
        <w:rPr>
          <w:rFonts w:cs="Arial"/>
          <w:color w:val="202124"/>
          <w:lang w:val="es-ES"/>
        </w:rPr>
        <w:t>)</w:t>
      </w:r>
      <w:r w:rsidRPr="00DA5DA0">
        <w:rPr>
          <w:rFonts w:cs="Arial"/>
          <w:color w:val="202124"/>
          <w:lang w:val="es-ES"/>
        </w:rPr>
        <w:t xml:space="preserve">, de </w:t>
      </w:r>
      <w:r w:rsidR="00DA5DA0" w:rsidRPr="00DA5DA0">
        <w:rPr>
          <w:rFonts w:cs="Arial"/>
          <w:color w:val="202124"/>
          <w:lang w:val="es-ES"/>
        </w:rPr>
        <w:t>(</w:t>
      </w:r>
      <w:r w:rsidRPr="00DA5DA0">
        <w:rPr>
          <w:rFonts w:cs="Arial"/>
          <w:color w:val="202124"/>
          <w:lang w:val="es-ES"/>
        </w:rPr>
        <w:t>NOMBRE COMPLETO DE LA INSTITUCIÓN</w:t>
      </w:r>
      <w:r w:rsidR="00DA5DA0" w:rsidRPr="00DA5DA0">
        <w:rPr>
          <w:rFonts w:cs="Arial"/>
          <w:color w:val="202124"/>
          <w:lang w:val="es-ES"/>
        </w:rPr>
        <w:t>)</w:t>
      </w:r>
      <w:r w:rsidRPr="00DA5DA0">
        <w:rPr>
          <w:rFonts w:cs="Arial"/>
          <w:color w:val="202124"/>
          <w:lang w:val="es-ES"/>
        </w:rPr>
        <w:t xml:space="preserve">, </w:t>
      </w:r>
      <w:r w:rsidR="00903D75" w:rsidRPr="00903D75">
        <w:rPr>
          <w:rFonts w:eastAsia="Times New Roman" w:cs="Arial"/>
          <w:szCs w:val="21"/>
          <w:lang w:val="es-MX" w:eastAsia="es-MX"/>
        </w:rPr>
        <w:t>autorizo su participación y manifiesto el compromiso institucional de respaldar activamente su permanencia y conclusión satisfactoria del diplomado</w:t>
      </w:r>
      <w:r w:rsidR="00903D75" w:rsidRPr="00903D75">
        <w:rPr>
          <w:rFonts w:eastAsia="Times New Roman" w:cs="Arial"/>
          <w:szCs w:val="21"/>
          <w:lang w:val="es-MX" w:eastAsia="es-MX"/>
        </w:rPr>
        <w:t xml:space="preserve"> a</w:t>
      </w:r>
      <w:r w:rsidR="00903D75">
        <w:rPr>
          <w:rFonts w:cs="Arial"/>
          <w:color w:val="202124"/>
          <w:lang w:val="es-ES"/>
        </w:rPr>
        <w:t xml:space="preserve"> </w:t>
      </w:r>
      <w:r w:rsidR="00DA5DA0" w:rsidRPr="00DA5DA0">
        <w:rPr>
          <w:rFonts w:cs="Arial"/>
          <w:color w:val="202124"/>
          <w:lang w:val="es-ES"/>
        </w:rPr>
        <w:t>(</w:t>
      </w:r>
      <w:r w:rsidRPr="00DA5DA0">
        <w:rPr>
          <w:rFonts w:cs="Arial"/>
          <w:color w:val="202124"/>
          <w:lang w:val="es-ES"/>
        </w:rPr>
        <w:t>NOMBRE COMPLETO DE LA PERSONA ASPIRANTE</w:t>
      </w:r>
      <w:r w:rsidR="00DA5DA0" w:rsidRPr="00DA5DA0">
        <w:rPr>
          <w:rFonts w:cs="Arial"/>
          <w:color w:val="202124"/>
          <w:lang w:val="es-ES"/>
        </w:rPr>
        <w:t>)</w:t>
      </w:r>
      <w:r w:rsidRPr="00DA5DA0">
        <w:rPr>
          <w:rFonts w:cs="Arial"/>
          <w:color w:val="202124"/>
          <w:lang w:val="es-ES"/>
        </w:rPr>
        <w:t xml:space="preserve">, quien se desempeña como </w:t>
      </w:r>
      <w:r w:rsidR="00DA5DA0" w:rsidRPr="00DA5DA0">
        <w:rPr>
          <w:rFonts w:cs="Arial"/>
          <w:color w:val="202124"/>
          <w:lang w:val="es-ES"/>
        </w:rPr>
        <w:t>(</w:t>
      </w:r>
      <w:r w:rsidRPr="00DA5DA0">
        <w:rPr>
          <w:rFonts w:cs="Arial"/>
          <w:color w:val="202124"/>
          <w:lang w:val="es-ES"/>
        </w:rPr>
        <w:t>PUESTO O FUNCIÓN</w:t>
      </w:r>
      <w:r w:rsidR="00DA5DA0" w:rsidRPr="00DA5DA0">
        <w:rPr>
          <w:rFonts w:cs="Arial"/>
          <w:color w:val="202124"/>
          <w:lang w:val="es-ES"/>
        </w:rPr>
        <w:t>)</w:t>
      </w:r>
      <w:r w:rsidRPr="00DA5DA0">
        <w:rPr>
          <w:rFonts w:cs="Arial"/>
          <w:color w:val="202124"/>
          <w:lang w:val="es-ES"/>
        </w:rPr>
        <w:t xml:space="preserve"> y está registrada ante FEMECI como responsable de la asesoría del proyecto </w:t>
      </w:r>
      <w:r w:rsidR="00DA5DA0" w:rsidRPr="00DA5DA0">
        <w:rPr>
          <w:rFonts w:cs="Arial"/>
          <w:color w:val="202124"/>
          <w:lang w:val="es-ES"/>
        </w:rPr>
        <w:t>(</w:t>
      </w:r>
      <w:r w:rsidRPr="00DA5DA0">
        <w:rPr>
          <w:rFonts w:cs="Arial"/>
          <w:color w:val="202124"/>
          <w:lang w:val="es-ES"/>
        </w:rPr>
        <w:t>TÍTULO O F</w:t>
      </w:r>
      <w:r w:rsidR="00DA5DA0" w:rsidRPr="00DA5DA0">
        <w:rPr>
          <w:rFonts w:cs="Arial"/>
          <w:color w:val="202124"/>
          <w:lang w:val="es-ES"/>
        </w:rPr>
        <w:t>IPI</w:t>
      </w:r>
      <w:r w:rsidRPr="00DA5DA0">
        <w:rPr>
          <w:rFonts w:cs="Arial"/>
          <w:color w:val="202124"/>
          <w:lang w:val="es-ES"/>
        </w:rPr>
        <w:t xml:space="preserve"> DEL PROYECTO</w:t>
      </w:r>
      <w:r w:rsidR="00DA5DA0" w:rsidRPr="00DA5DA0">
        <w:rPr>
          <w:rFonts w:cs="Arial"/>
          <w:color w:val="202124"/>
          <w:lang w:val="es-ES"/>
        </w:rPr>
        <w:t>)</w:t>
      </w:r>
      <w:r w:rsidRPr="00DA5DA0">
        <w:rPr>
          <w:rFonts w:cs="Arial"/>
          <w:color w:val="202124"/>
          <w:lang w:val="es-ES"/>
        </w:rPr>
        <w:t xml:space="preserve"> inscrito en FEMECI Coahuila 2026, para participar en el Diplomado en Innovación y Mentoría de Proyectos de Ciencia e Ingeniería, organizado por el COECYT.</w:t>
      </w:r>
    </w:p>
    <w:p w14:paraId="2A8949B7" w14:textId="77777777" w:rsidR="000450FE" w:rsidRDefault="00000000">
      <w:pPr>
        <w:spacing w:after="60" w:line="269" w:lineRule="auto"/>
        <w:jc w:val="both"/>
        <w:rPr>
          <w:rFonts w:cs="Arial"/>
          <w:color w:val="202124"/>
          <w:lang w:val="es-ES"/>
        </w:rPr>
      </w:pPr>
      <w:r w:rsidRPr="00DA5DA0">
        <w:rPr>
          <w:rFonts w:cs="Arial"/>
          <w:color w:val="202124"/>
          <w:lang w:val="es-ES"/>
        </w:rPr>
        <w:t>La institución tiene conocimiento de que la persona aspirante, en caso de ser seleccionada, recibirá una beca del 100 % y cursará un programa de 120 horas, del 28 de agosto al 26 de noviembre de 2026, en modalidad mixta.</w:t>
      </w:r>
    </w:p>
    <w:p w14:paraId="2D58338A" w14:textId="77777777" w:rsidR="007C5DB5" w:rsidRPr="00DA5DA0" w:rsidRDefault="007C5DB5">
      <w:pPr>
        <w:spacing w:after="60" w:line="269" w:lineRule="auto"/>
        <w:jc w:val="both"/>
        <w:rPr>
          <w:lang w:val="es-ES"/>
        </w:rPr>
      </w:pPr>
    </w:p>
    <w:p w14:paraId="6FDDAADF" w14:textId="77777777" w:rsidR="000450FE" w:rsidRPr="00DA5DA0" w:rsidRDefault="00000000">
      <w:pPr>
        <w:spacing w:before="20" w:after="40" w:line="252" w:lineRule="auto"/>
        <w:rPr>
          <w:lang w:val="es-ES"/>
        </w:rPr>
      </w:pPr>
      <w:r w:rsidRPr="00DA5DA0">
        <w:rPr>
          <w:rFonts w:cs="Arial"/>
          <w:b/>
          <w:color w:val="006D69"/>
          <w:lang w:val="es-ES"/>
        </w:rPr>
        <w:t>Por lo anterior, esta institución manifiesta que:</w:t>
      </w:r>
    </w:p>
    <w:p w14:paraId="6F95A403" w14:textId="0B85A023" w:rsidR="007C5DB5" w:rsidRDefault="00000000">
      <w:pPr>
        <w:spacing w:after="30" w:line="259" w:lineRule="auto"/>
        <w:ind w:left="403" w:hanging="403"/>
        <w:jc w:val="both"/>
        <w:rPr>
          <w:rFonts w:cs="Arial"/>
          <w:b/>
          <w:color w:val="006D69"/>
          <w:sz w:val="20"/>
          <w:lang w:val="es-ES"/>
        </w:rPr>
      </w:pPr>
      <w:r w:rsidRPr="00DA5DA0">
        <w:rPr>
          <w:rFonts w:cs="Arial"/>
          <w:b/>
          <w:color w:val="006D69"/>
          <w:sz w:val="20"/>
          <w:lang w:val="es-ES"/>
        </w:rPr>
        <w:t xml:space="preserve">1. </w:t>
      </w:r>
      <w:r w:rsidR="007C5DB5" w:rsidRPr="007C5DB5">
        <w:rPr>
          <w:rFonts w:cs="Arial"/>
          <w:bCs/>
          <w:color w:val="000000" w:themeColor="text1"/>
          <w:sz w:val="20"/>
          <w:lang w:val="es-ES"/>
        </w:rPr>
        <w:t>La institución reconoce que esta beca representa una inversión pública destinada al fortalecimiento de las capacidades de mentoría, investigación e innovación, por lo que respaldará el aprovechamiento y la conclusión satisfactoria de esta oportunidad de formación.</w:t>
      </w:r>
    </w:p>
    <w:p w14:paraId="25F13276" w14:textId="53489E6A" w:rsidR="000450FE" w:rsidRPr="00DA5DA0" w:rsidRDefault="007C5DB5">
      <w:pPr>
        <w:spacing w:after="30" w:line="259" w:lineRule="auto"/>
        <w:ind w:left="403" w:hanging="403"/>
        <w:jc w:val="both"/>
        <w:rPr>
          <w:lang w:val="es-ES"/>
        </w:rPr>
      </w:pPr>
      <w:r>
        <w:rPr>
          <w:rFonts w:cs="Arial"/>
          <w:b/>
          <w:color w:val="006D69"/>
          <w:sz w:val="20"/>
          <w:lang w:val="es-ES"/>
        </w:rPr>
        <w:t xml:space="preserve">2. </w:t>
      </w:r>
      <w:r w:rsidRPr="007C5DB5">
        <w:rPr>
          <w:rFonts w:cs="Arial"/>
          <w:color w:val="202124"/>
          <w:sz w:val="20"/>
          <w:lang w:val="es-ES"/>
        </w:rPr>
        <w:t>Brindará las facilidades necesarias de organización del tiempo y gestión de actividades institucionales para favorecer la asistencia, participación y cumplimiento de los compromisos académicos del diplomado.</w:t>
      </w:r>
    </w:p>
    <w:p w14:paraId="31299FAD" w14:textId="5B4A1F67" w:rsidR="000450FE" w:rsidRPr="00DA5DA0" w:rsidRDefault="007C5DB5">
      <w:pPr>
        <w:spacing w:after="30" w:line="259" w:lineRule="auto"/>
        <w:ind w:left="403" w:hanging="403"/>
        <w:jc w:val="both"/>
        <w:rPr>
          <w:lang w:val="es-ES"/>
        </w:rPr>
      </w:pPr>
      <w:r>
        <w:rPr>
          <w:rFonts w:cs="Arial"/>
          <w:b/>
          <w:color w:val="006D69"/>
          <w:sz w:val="20"/>
          <w:lang w:val="es-ES"/>
        </w:rPr>
        <w:t>3</w:t>
      </w:r>
      <w:r w:rsidR="00000000" w:rsidRPr="00DA5DA0">
        <w:rPr>
          <w:rFonts w:cs="Arial"/>
          <w:b/>
          <w:color w:val="006D69"/>
          <w:sz w:val="20"/>
          <w:lang w:val="es-ES"/>
        </w:rPr>
        <w:t xml:space="preserve">. </w:t>
      </w:r>
      <w:r w:rsidR="00000000" w:rsidRPr="00DA5DA0">
        <w:rPr>
          <w:rFonts w:cs="Arial"/>
          <w:color w:val="202124"/>
          <w:sz w:val="20"/>
          <w:lang w:val="es-ES"/>
        </w:rPr>
        <w:t>Autoriza su asistencia a las sesiones presenciales del 28 de agosto y 26 de noviembre de 2026, de 9:00 a 16:00 horas, en el Auditorio del Centro de Cultura Científica del COECYT, en Saltillo, Coahuila.</w:t>
      </w:r>
    </w:p>
    <w:p w14:paraId="24DF7C47" w14:textId="31AF8A77" w:rsidR="000450FE" w:rsidRPr="00DA5DA0" w:rsidRDefault="007C5DB5">
      <w:pPr>
        <w:spacing w:after="30" w:line="259" w:lineRule="auto"/>
        <w:ind w:left="403" w:hanging="403"/>
        <w:jc w:val="both"/>
        <w:rPr>
          <w:lang w:val="es-ES"/>
        </w:rPr>
      </w:pPr>
      <w:r>
        <w:rPr>
          <w:rFonts w:cs="Arial"/>
          <w:b/>
          <w:color w:val="006D69"/>
          <w:sz w:val="20"/>
          <w:lang w:val="es-ES"/>
        </w:rPr>
        <w:t>4</w:t>
      </w:r>
      <w:r w:rsidR="00000000" w:rsidRPr="00DA5DA0">
        <w:rPr>
          <w:rFonts w:cs="Arial"/>
          <w:b/>
          <w:color w:val="006D69"/>
          <w:sz w:val="20"/>
          <w:lang w:val="es-ES"/>
        </w:rPr>
        <w:t xml:space="preserve">. </w:t>
      </w:r>
      <w:r w:rsidR="00000000" w:rsidRPr="00DA5DA0">
        <w:rPr>
          <w:rFonts w:cs="Arial"/>
          <w:color w:val="202124"/>
          <w:sz w:val="20"/>
          <w:lang w:val="es-ES"/>
        </w:rPr>
        <w:t xml:space="preserve">Reconoce que el diplomado incluye actividades asincrónicas, lecturas, evaluaciones, entregas parciales y un proyecto final de investigación-acción, </w:t>
      </w:r>
      <w:r w:rsidRPr="007C5DB5">
        <w:rPr>
          <w:rFonts w:cs="Arial"/>
          <w:color w:val="202124"/>
          <w:sz w:val="20"/>
          <w:lang w:val="es-ES"/>
        </w:rPr>
        <w:t>y procurará generar las condiciones necesarias para favorecer su cumplimiento.</w:t>
      </w:r>
    </w:p>
    <w:p w14:paraId="2CAF6DC3" w14:textId="38AA76C2" w:rsidR="000450FE" w:rsidRDefault="007C5DB5">
      <w:pPr>
        <w:spacing w:after="30" w:line="259" w:lineRule="auto"/>
        <w:ind w:left="403" w:hanging="403"/>
        <w:jc w:val="both"/>
        <w:rPr>
          <w:rFonts w:cs="Arial"/>
          <w:color w:val="202124"/>
          <w:sz w:val="20"/>
          <w:lang w:val="es-ES"/>
        </w:rPr>
      </w:pPr>
      <w:r>
        <w:rPr>
          <w:rFonts w:cs="Arial"/>
          <w:b/>
          <w:color w:val="006D69"/>
          <w:sz w:val="20"/>
          <w:lang w:val="es-ES"/>
        </w:rPr>
        <w:t>5.</w:t>
      </w:r>
      <w:r w:rsidR="00000000" w:rsidRPr="00DA5DA0">
        <w:rPr>
          <w:rFonts w:cs="Arial"/>
          <w:b/>
          <w:color w:val="006D69"/>
          <w:sz w:val="20"/>
          <w:lang w:val="es-ES"/>
        </w:rPr>
        <w:t xml:space="preserve"> </w:t>
      </w:r>
      <w:r w:rsidR="00000000" w:rsidRPr="00DA5DA0">
        <w:rPr>
          <w:rFonts w:cs="Arial"/>
          <w:color w:val="202124"/>
          <w:sz w:val="20"/>
          <w:lang w:val="es-ES"/>
        </w:rPr>
        <w:t>Tiene conocimiento de que el traslado a Saltillo será responsabilidad de la persona participante o de su institución, según los acuerdos internos que correspondan, y que el COECYT proporcionará servicio de café y refrigerio durante las dos sesiones presenciales.</w:t>
      </w:r>
    </w:p>
    <w:p w14:paraId="29911EB7" w14:textId="77777777" w:rsidR="00DA5DA0" w:rsidRPr="00DA5DA0" w:rsidRDefault="00DA5DA0">
      <w:pPr>
        <w:spacing w:after="30" w:line="259" w:lineRule="auto"/>
        <w:ind w:left="403" w:hanging="403"/>
        <w:jc w:val="both"/>
        <w:rPr>
          <w:lang w:val="es-ES"/>
        </w:rPr>
      </w:pPr>
    </w:p>
    <w:p w14:paraId="2698189D" w14:textId="77777777" w:rsidR="007C5DB5" w:rsidRPr="007C5DB5" w:rsidRDefault="00000000" w:rsidP="007C5DB5">
      <w:pPr>
        <w:spacing w:line="300" w:lineRule="atLeast"/>
        <w:jc w:val="both"/>
        <w:rPr>
          <w:rFonts w:ascii="Segoe UI" w:eastAsia="Times New Roman" w:hAnsi="Segoe UI" w:cs="Segoe UI"/>
          <w:szCs w:val="21"/>
          <w:lang w:val="es-MX" w:eastAsia="es-MX"/>
        </w:rPr>
      </w:pPr>
      <w:r w:rsidRPr="00DA5DA0">
        <w:rPr>
          <w:rFonts w:cs="Arial"/>
          <w:color w:val="202124"/>
          <w:lang w:val="es-ES"/>
        </w:rPr>
        <w:t xml:space="preserve">La presente autorización se expide para los fines de registro, selección, participación y acreditación que correspondan. </w:t>
      </w:r>
      <w:r w:rsidR="007C5DB5" w:rsidRPr="007C5DB5">
        <w:rPr>
          <w:rFonts w:eastAsia="Times New Roman" w:cs="Arial"/>
          <w:szCs w:val="21"/>
          <w:lang w:val="es-MX" w:eastAsia="es-MX"/>
        </w:rPr>
        <w:t xml:space="preserve">Reconocemos el valor estratégico de esta formación para fortalecer la calidad de la mentoría de proyectos de ciencia e ingeniería, impulsar el desarrollo de talento científico y </w:t>
      </w:r>
      <w:r w:rsidR="007C5DB5" w:rsidRPr="007C5DB5">
        <w:rPr>
          <w:rFonts w:eastAsia="Times New Roman" w:cs="Arial"/>
          <w:szCs w:val="21"/>
          <w:lang w:val="es-MX" w:eastAsia="es-MX"/>
        </w:rPr>
        <w:lastRenderedPageBreak/>
        <w:t>tecnológico y contribuir al fortalecimiento de la cultura de investigación e innovación en nuestra institución y en el estado de Coahuila.</w:t>
      </w:r>
    </w:p>
    <w:p w14:paraId="61128DA2" w14:textId="33F503E5" w:rsidR="000450FE" w:rsidRPr="00DA5DA0" w:rsidRDefault="000450FE">
      <w:pPr>
        <w:spacing w:before="60" w:after="40" w:line="269" w:lineRule="auto"/>
        <w:jc w:val="both"/>
        <w:rPr>
          <w:lang w:val="es-ES"/>
        </w:rPr>
      </w:pPr>
    </w:p>
    <w:p w14:paraId="1FD057BF" w14:textId="77777777" w:rsidR="000450FE" w:rsidRPr="00DA5DA0" w:rsidRDefault="00000000">
      <w:pPr>
        <w:spacing w:before="140" w:after="60"/>
        <w:jc w:val="center"/>
        <w:rPr>
          <w:lang w:val="es-ES"/>
        </w:rPr>
      </w:pPr>
      <w:r w:rsidRPr="00DA5DA0">
        <w:rPr>
          <w:rFonts w:cs="Arial"/>
          <w:b/>
          <w:color w:val="006D69"/>
          <w:lang w:val="es-ES"/>
        </w:rPr>
        <w:t>Atentamente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4680"/>
        <w:gridCol w:w="4680"/>
      </w:tblGrid>
      <w:tr w:rsidR="000450FE" w:rsidRPr="00DA5DA0" w14:paraId="1E741ECA" w14:textId="77777777">
        <w:trPr>
          <w:jc w:val="center"/>
        </w:trPr>
        <w:tc>
          <w:tcPr>
            <w:tcW w:w="4680" w:type="dxa"/>
            <w:vAlign w:val="bottom"/>
          </w:tcPr>
          <w:p w14:paraId="16C2F057" w14:textId="77777777" w:rsidR="000450FE" w:rsidRPr="00DA5DA0" w:rsidRDefault="00000000">
            <w:pPr>
              <w:spacing w:before="240" w:line="240" w:lineRule="auto"/>
              <w:jc w:val="center"/>
              <w:rPr>
                <w:lang w:val="es-ES"/>
              </w:rPr>
            </w:pPr>
            <w:r w:rsidRPr="00DA5DA0">
              <w:rPr>
                <w:rFonts w:cs="Arial"/>
                <w:color w:val="202124"/>
                <w:sz w:val="19"/>
                <w:lang w:val="es-ES"/>
              </w:rPr>
              <w:t>__________________________________</w:t>
            </w:r>
            <w:r w:rsidRPr="00DA5DA0">
              <w:rPr>
                <w:lang w:val="es-ES"/>
              </w:rPr>
              <w:br/>
            </w:r>
            <w:r w:rsidRPr="00DA5DA0">
              <w:rPr>
                <w:rFonts w:cs="Arial"/>
                <w:color w:val="202124"/>
                <w:sz w:val="19"/>
                <w:lang w:val="es-ES"/>
              </w:rPr>
              <w:t>Nombre completo y firma autógrafa</w:t>
            </w:r>
            <w:r w:rsidRPr="00DA5DA0">
              <w:rPr>
                <w:lang w:val="es-ES"/>
              </w:rPr>
              <w:br/>
            </w:r>
            <w:r w:rsidRPr="00DA5DA0">
              <w:rPr>
                <w:rFonts w:cs="Arial"/>
                <w:color w:val="202124"/>
                <w:sz w:val="19"/>
                <w:lang w:val="es-ES"/>
              </w:rPr>
              <w:t>Cargo: __________________________</w:t>
            </w:r>
          </w:p>
        </w:tc>
        <w:tc>
          <w:tcPr>
            <w:tcW w:w="4680" w:type="dxa"/>
            <w:vAlign w:val="bottom"/>
          </w:tcPr>
          <w:p w14:paraId="4F8AE4B0" w14:textId="77777777" w:rsidR="000450FE" w:rsidRPr="00DA5DA0" w:rsidRDefault="00000000">
            <w:pPr>
              <w:spacing w:before="240" w:line="240" w:lineRule="auto"/>
              <w:jc w:val="center"/>
              <w:rPr>
                <w:lang w:val="es-ES"/>
              </w:rPr>
            </w:pPr>
            <w:r w:rsidRPr="00DA5DA0">
              <w:rPr>
                <w:rFonts w:cs="Arial"/>
                <w:color w:val="202124"/>
                <w:sz w:val="19"/>
                <w:lang w:val="es-ES"/>
              </w:rPr>
              <w:t>__________________________________</w:t>
            </w:r>
            <w:r w:rsidRPr="00DA5DA0">
              <w:rPr>
                <w:lang w:val="es-ES"/>
              </w:rPr>
              <w:br/>
            </w:r>
            <w:r w:rsidRPr="00DA5DA0">
              <w:rPr>
                <w:rFonts w:cs="Arial"/>
                <w:color w:val="202124"/>
                <w:sz w:val="19"/>
                <w:lang w:val="es-ES"/>
              </w:rPr>
              <w:t>Sello institucional</w:t>
            </w:r>
            <w:r w:rsidRPr="00DA5DA0">
              <w:rPr>
                <w:lang w:val="es-ES"/>
              </w:rPr>
              <w:br/>
            </w:r>
            <w:r w:rsidRPr="00DA5DA0">
              <w:rPr>
                <w:rFonts w:cs="Arial"/>
                <w:color w:val="202124"/>
                <w:sz w:val="19"/>
                <w:lang w:val="es-ES"/>
              </w:rPr>
              <w:t>(opcional, conforme a la institución)</w:t>
            </w:r>
          </w:p>
        </w:tc>
      </w:tr>
    </w:tbl>
    <w:p w14:paraId="586B7085" w14:textId="77777777" w:rsidR="007C5DB5" w:rsidRDefault="007C5DB5">
      <w:pPr>
        <w:spacing w:before="100" w:line="240" w:lineRule="auto"/>
        <w:jc w:val="center"/>
        <w:rPr>
          <w:rFonts w:cs="Arial"/>
          <w:color w:val="202124"/>
          <w:sz w:val="18"/>
          <w:lang w:val="es-ES"/>
        </w:rPr>
      </w:pPr>
    </w:p>
    <w:p w14:paraId="67CDDF9B" w14:textId="3C59B46C" w:rsidR="000450FE" w:rsidRPr="00DA5DA0" w:rsidRDefault="00000000">
      <w:pPr>
        <w:spacing w:before="100" w:line="240" w:lineRule="auto"/>
        <w:jc w:val="center"/>
        <w:rPr>
          <w:lang w:val="es-ES"/>
        </w:rPr>
      </w:pPr>
      <w:r w:rsidRPr="00DA5DA0">
        <w:rPr>
          <w:rFonts w:cs="Arial"/>
          <w:color w:val="202124"/>
          <w:sz w:val="18"/>
          <w:lang w:val="es-ES"/>
        </w:rPr>
        <w:t xml:space="preserve">Teléfono </w:t>
      </w:r>
      <w:r w:rsidR="007C5DB5">
        <w:rPr>
          <w:rFonts w:cs="Arial"/>
          <w:color w:val="202124"/>
          <w:sz w:val="18"/>
          <w:lang w:val="es-ES"/>
        </w:rPr>
        <w:t>y</w:t>
      </w:r>
      <w:r w:rsidRPr="00DA5DA0">
        <w:rPr>
          <w:rFonts w:cs="Arial"/>
          <w:color w:val="202124"/>
          <w:sz w:val="18"/>
          <w:lang w:val="es-ES"/>
        </w:rPr>
        <w:t xml:space="preserve"> correo institucional: ________________________________________________</w:t>
      </w:r>
    </w:p>
    <w:sectPr w:rsidR="000450FE" w:rsidRPr="00DA5DA0" w:rsidSect="00034616">
      <w:pgSz w:w="12240" w:h="15840"/>
      <w:pgMar w:top="2232" w:right="1440" w:bottom="129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4545710">
    <w:abstractNumId w:val="8"/>
  </w:num>
  <w:num w:numId="2" w16cid:durableId="604077052">
    <w:abstractNumId w:val="6"/>
  </w:num>
  <w:num w:numId="3" w16cid:durableId="698700495">
    <w:abstractNumId w:val="5"/>
  </w:num>
  <w:num w:numId="4" w16cid:durableId="351883685">
    <w:abstractNumId w:val="4"/>
  </w:num>
  <w:num w:numId="5" w16cid:durableId="1431773662">
    <w:abstractNumId w:val="7"/>
  </w:num>
  <w:num w:numId="6" w16cid:durableId="1834301039">
    <w:abstractNumId w:val="3"/>
  </w:num>
  <w:num w:numId="7" w16cid:durableId="710425995">
    <w:abstractNumId w:val="2"/>
  </w:num>
  <w:num w:numId="8" w16cid:durableId="1243374307">
    <w:abstractNumId w:val="1"/>
  </w:num>
  <w:num w:numId="9" w16cid:durableId="1757320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6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450FE"/>
    <w:rsid w:val="0006063C"/>
    <w:rsid w:val="0015074B"/>
    <w:rsid w:val="0029639D"/>
    <w:rsid w:val="00326F90"/>
    <w:rsid w:val="007C5DB5"/>
    <w:rsid w:val="00903D75"/>
    <w:rsid w:val="00AA1D8D"/>
    <w:rsid w:val="00B47730"/>
    <w:rsid w:val="00CB0664"/>
    <w:rsid w:val="00D6666A"/>
    <w:rsid w:val="00DA5DA0"/>
    <w:rsid w:val="00FB2F5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FDA2DFF"/>
  <w14:defaultImageDpi w14:val="300"/>
  <w15:docId w15:val="{55BCF1EE-91B0-8B49-88AA-DF111041C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64" w:lineRule="auto"/>
    </w:pPr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474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3080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de autorización y respaldo institucional - Diplomado FEMECI 2026</dc:title>
  <dc:subject>Formato institucional de autorización para participar en el diplomado</dc:subject>
  <dc:creator>Consejo Estatal de Ciencia y Tecnología del Estado de Coahuila</dc:creator>
  <cp:keywords/>
  <dc:description>generated by python-docx</dc:description>
  <cp:lastModifiedBy>VANESSA MARTINEZ</cp:lastModifiedBy>
  <cp:revision>4</cp:revision>
  <dcterms:created xsi:type="dcterms:W3CDTF">2013-12-23T23:15:00Z</dcterms:created>
  <dcterms:modified xsi:type="dcterms:W3CDTF">2026-08-08T16:30:00Z</dcterms:modified>
  <cp:category/>
</cp:coreProperties>
</file>